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موسوعة أميرات الشعر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أبو شاور/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أسامة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800836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الموسوعة/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