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علم أصوات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داودعبده/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9789957381455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