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القراءة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 العربية/ القراءة/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