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المصطلحات الأساسية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نعمان بوقرة/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الخطاب/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