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نقد التفك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امية راج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فلس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