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نحو النص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عثمان أبو زنيد/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800837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فقه اللغة/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