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الأدب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ياسين عايش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9789957076474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العصر العباسي الأول/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