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اجتماع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محمد سعيد فرح/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علم الإجتماع/ العلاقات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