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والإيقاع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ربيعة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9789973373335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العروض/ الإيقاع/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