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سير القراني ل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سالم الزليت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جامعة قاريون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تفسير التاريخ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