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أعلام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موسى الوحش/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9789957478810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القواميس/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