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النعت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محمد سلامة الشبول/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النعت/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