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ماجدة توماس حانة/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