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في الشعر الفلسطيني المعاصر قصيدة ''اشد من الماء حزنا ''سميح القاسم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إبتسام منصوري/ بوعجاجة سليم (مشرفا)/ سوسن غمري/ فايزة ساحلي/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