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سميائية الفضاء في رواية السفينة لجبرا ابراهيم حبرا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زبوشي لامية/ الأطرش رابح( 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ط1.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27*19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80018611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29/05/2026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