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الصفة في ديوان أغاني الحياة -لأبي القاسم الشابي -دراسة نحوية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سهام سراوي/ بشيري عمار (مشرفا)/ مفيدة حراتي/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