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الأمر في سورة النساء دراسة نحوية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هدى بوصبع/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