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العالم الآخر دراسة جيوميتافيزيقية بين  ملحمة جلجامش وكتاب الموتى الفرعوني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نجاة شباح/ بن الذيب منير( مشرفا)/ عرجونة 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