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 في ديوان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 البعير نورة/ بورايو عبد الحفيظ (مشرفا)/ ضافري 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80019811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