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الشعر عند مفدي زكريا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بزاز بلال/ بوفاس عبد الحميد(مشرفا)/ حسام بازول/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