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وصف شعب بوان كسرى للمتنبي -دراسة صوتية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عزيزة زغبيب/ منوبة سماحة/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