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في ''رواية البطلقة السحرية -لـ محمد  ساري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فاطمة الزهراء تبوب/ سلطاني رشيد(مشرفا)/ هدى سويعد/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