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المرفوعات من الأسماء وأنماطها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بلعيدي/ مزهود سليم (مشرفا)/ فاطمة الزهراء بلعطار/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