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لقصيدة''الكوليرا''لنازك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بن زبوشي/ زيادي شيبان فهيمة( مشرفا)/ إبتسام بوقجاني/ عائشة بلعيدي/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