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عند نزار قباني قصيدة-بلقيس-أنموذجا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خديجة/ لقان ابراهيم (مشرفا)/ دفوس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