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طف في الجملة العربية دراسة نحوية -المقامة البغداد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مار بليلط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