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الإستعارة في قصيدة بلقيس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بوالحرت ضريفة/ بوفاس عبد الحميد(مشرفا)/ بوقجاني سمية/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