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المولديات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ميهوب/ بورايو عبد الحفيظ (مشرفا)/ زينب ديب/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