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الزلزال للطاهر وطار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حسينة بولقرون/ قرايري عمار (مشرفا)/ خضرة مسلم/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