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المنشأت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عبد الحميد عبد الفتاح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البورصات/ منشآت 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