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الفرس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صفاء متران/ لقان ابراهيم (مشرفا)/ كريم لعيايشة/ منى العيفة/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