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الولي الطاهر يعود إلى مقامه الزكي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عايدة بوتقرموشت/ بوعجاجة سليم (مشرفا)/ فوزية شايبي/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