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زهديات بكر بن حماد ورثائياته -دراسة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لشهب/ بن ساري مسعود(مشرفا)/ ليلى مزهود/ بشرى لعور/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