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couts dans les residences universitaires algeriennes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Abdelkrim Benarab/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laboratiore d'economie et de management/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es couts/ les residences universitaires/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