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الحزن في شعر ''بدر شاكر السياب ''قصيدة جيكور والمدينة''أنمودجا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بوشفة زينب/ مودع سليمان (مشرفا)/ بوطبية مليكة/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