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ارشد فؤاد التميمي/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9789957122782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الاسواق/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