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الإقتصاد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نادر ادريس التل/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الاقتصاد الدولي/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