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هوشيار معروف/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9789957380441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العلاقات الدولية/ الاقتصاد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