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تطوير ايرادات الموازنة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حياة بن إسماعيل/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إيتراك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الموازنة العامة/ الزكاة/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