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الحذف في اللغة العربية : دراسة  نحوية -ديوان أثر الفراشة لمحمود درويش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بوختالة/ مزهود سليم (مشرفا)/ كلثوم الشلي/ جهاد برقال/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