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الفعل المضارع في سورة 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كريمة مشيتوة/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