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المنظور في رواية ذاكرة الجسد ''لأحلام مستغانمي ''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برحال مسعودة/ سلطاني رشيد(مشرفا)/ لخليفي سعاد/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