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الثنائيات اللغوية:أصولها و إمتداداتها -مقاربة وصفية تحليلية-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مزهود إيمان/ قبايلي عبد الغاني (مشرفا)/ زلواش فريدة/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27*19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80013211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