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:''خط الإستواء''للأزهر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سميرة بلقط/ بن جامع يوسف (مشرفا)/ حبيبة بوشبورة/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