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القضية الفلسطينية عند أدباء المهجر إليا أبو ماضي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عزيزة فاطمة/ بورايو عبد الحفيظ (مشرفا)/ يدوري حليمة/ بوحمار رقية/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