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''السمك لايبالي ''لـ:إنعام بيوض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بوميسة عبد الغاني/ بونشادة نبيلة (مشرفا)/ الديب بشرى/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