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الخلفيات اللسانية للصناعة المعجمية عند العرب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فيروز قعسيس/ عزوز عبد القادر (مشرفا)/ فراح برباش/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80018211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