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الالتزام في شعر محمود درويش ديوان عاشق من فلسطين (أنمودجا)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عبد الرحمان نريمان/ قرايري عمار (مشرفا)/ بن رجم شريفة/ دريدي ايمان/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