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النحوية الوظيفية دراسة تطبيقية في سورة''البقرة''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عفيصة/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