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الشخصيات التراثية في شعر نزار قباني نمودجا''تزوجتك أيتها الحرية''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موناح/ لقان ابراهيم (مشرفا)/ سارة عنصل/ سلمة مزماز/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